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0417»</w:t>
      </w:r>
    </w:p>
    <w:p>
      <w:r>
        <w:t>Артикул LD-06659.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LD-CHAIR-0417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