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0416»</w:t>
      </w:r>
    </w:p>
    <w:p>
      <w:r>
        <w:t>Артикул LD-06651. Исполнение Дуб и голубой циферблат. Страна производства Китай (CN).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LD-CLOCK-0416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LD-06651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LD-06651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LD-06651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