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0042»</w:t>
      </w:r>
    </w:p>
    <w:p>
      <w:r>
        <w:t>Артикул LD-00661. Исполнение Дуб и синий металл. Страна производства Китай (CN).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LD-00661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