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0412»</w:t>
      </w:r>
    </w:p>
    <w:p>
      <w:r>
        <w:t>Артикул LD-06582.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