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0407»</w:t>
      </w:r>
    </w:p>
    <w:p>
      <w:r>
        <w:t>Артикул LD-06508.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