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0405»</w:t>
      </w:r>
    </w:p>
    <w:p>
      <w:r>
        <w:t>Артикул LD-06479.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LD-06479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