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0404»</w:t>
      </w:r>
    </w:p>
    <w:p>
      <w:r>
        <w:t>Артикул LD-06463.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