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0403»</w:t>
      </w:r>
    </w:p>
    <w:p>
      <w:r>
        <w:t>Артикул LD-06434. Исполнение Светло-голубой. Страна производства Канада (CA).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LD-KETTLE-0403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LD-06434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LD-06434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LD-06434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