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0401»</w:t>
      </w:r>
    </w:p>
    <w:p>
      <w:r>
        <w:t>Артикул LD-06404. Исполнение Светло-серая керамика. Страна производства Канада (CA).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LD-VASE-0401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LD-06404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LD-06404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LD-06404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