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0398»</w:t>
      </w:r>
    </w:p>
    <w:p>
      <w:r>
        <w:t>Артикул LD-06365.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