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0395»</w:t>
      </w:r>
    </w:p>
    <w:p>
      <w:r>
        <w:t>Артикул LD-06319.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LD-06319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