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0394»</w:t>
      </w:r>
    </w:p>
    <w:p>
      <w:r>
        <w:t>Артикул LD-06303. Исполнение Серо-синий в полоску. Страна производства Италия (IT).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LD-06303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