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0394»</w:t>
      </w:r>
    </w:p>
    <w:p>
      <w:r>
        <w:t>Артикул LD-06301.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