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0394»</w:t>
      </w:r>
    </w:p>
    <w:p>
      <w:r>
        <w:t>Артикул LD-06296. Исполнение Дымчато-синий. Страна производства Россия (RU).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LD-06296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