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0392»</w:t>
      </w:r>
    </w:p>
    <w:p>
      <w:r>
        <w:t>Артикул LD-06258. Исполнение Светло-голубой. Страна производства США (US).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LD-06258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