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0387»</w:t>
      </w:r>
    </w:p>
    <w:p>
      <w:r>
        <w:t>Артикул LD-06189.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