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0386»</w:t>
      </w:r>
    </w:p>
    <w:p>
      <w:r>
        <w:t>Артикул LD-06168.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