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0384»</w:t>
      </w:r>
    </w:p>
    <w:p>
      <w:r>
        <w:t>Артикул LD-06140. Исполнение Дымчато-синий. Страна производства Беларусь (BY).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LD-MIRROR-0384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LD-06140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LD-06140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LD-06140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