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0382»</w:t>
      </w:r>
    </w:p>
    <w:p>
      <w:r>
        <w:t>Артикул LD-06101. Исполнение Дуб и синий металл. Страна производства Китай (CN).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LD-06101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