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0381»</w:t>
      </w:r>
    </w:p>
    <w:p>
      <w:r>
        <w:t>Артикул LD-06088. Исполнение Дымчато-синий. Страна производства Италия (IT).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LD-COFFEE-GRINDER-0381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LD-06088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LD-06088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LD-06088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