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0380»</w:t>
      </w:r>
    </w:p>
    <w:p>
      <w:r>
        <w:t>Артикул LD-06068. Исполнение Светло-серая керамика. Страна производства США (US).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LD-VASE-0380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LD-06068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LD-06068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LD-06068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