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0379»</w:t>
      </w:r>
    </w:p>
    <w:p>
      <w:r>
        <w:t>Артикул LD-06055. Исполнение Дымчато-синий. Страна производства Беларусь (BY).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LD-FLOOR-LAMP-0379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LD-06055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LD-06055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LD-06055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