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0377»</w:t>
      </w:r>
    </w:p>
    <w:p>
      <w:r>
        <w:t>Артикул LD-06031. Исполнение Серо-синий в полоску. Страна производства Россия (RU).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LD-CUSHION-0377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LD-06031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LD-06031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LD-06031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