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0377»</w:t>
      </w:r>
    </w:p>
    <w:p>
      <w:r>
        <w:t>Артикул LD-06025. Исполнение Светло-голубой. Страна производства Беларусь (BY).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LD-06025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