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0375»</w:t>
      </w:r>
    </w:p>
    <w:p>
      <w:r>
        <w:t>Артикул LD-05996. Исполнение Дымчато-синий. Страна производства Китай (CN).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LD-MIRROR-0375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LD-05996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LD-05996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LD-05996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