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0375»</w:t>
      </w:r>
    </w:p>
    <w:p>
      <w:r>
        <w:t>Артикул LD-05988.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