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0372»</w:t>
      </w:r>
    </w:p>
    <w:p>
      <w:r>
        <w:t>Артикул LD-05938. Исполнение Светло-голубой. Страна производства США (US).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LD-KETTLE-0372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LD-05938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LD-05938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LD-05938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