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0370»</w:t>
      </w:r>
    </w:p>
    <w:p>
      <w:r>
        <w:t>Артикул LD-05919.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LD-05919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