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0037»</w:t>
      </w:r>
    </w:p>
    <w:p>
      <w:r>
        <w:t>Артикул LD-00583. Исполнение Дымчато-синий. Страна производства США (US).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LD-00583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