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0363»</w:t>
      </w:r>
    </w:p>
    <w:p>
      <w:r>
        <w:t>Артикул LD-05806.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LD-05806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LD-05806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LD-05806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