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0361»</w:t>
      </w:r>
    </w:p>
    <w:p>
      <w:r>
        <w:t>Артикул LD-05772.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