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0356»</w:t>
      </w:r>
    </w:p>
    <w:p>
      <w:r>
        <w:t>Артикул LD-05690.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LD-MUG-0356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