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0350»</w:t>
      </w:r>
    </w:p>
    <w:p>
      <w:r>
        <w:t>Артикул LD-05595.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