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0348»</w:t>
      </w:r>
    </w:p>
    <w:p>
      <w:r>
        <w:t>Артикул LD-05561. Исполнение Светло-голубой. Страна производства Китай (CN).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