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0346»</w:t>
      </w:r>
    </w:p>
    <w:p>
      <w:r>
        <w:t>Артикул LD-05529.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