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0343»</w:t>
      </w:r>
    </w:p>
    <w:p>
      <w:r>
        <w:t>Артикул LD-05477. Исполнение Дуб и синий металл. Страна производства Южная Корея (KR).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LD-ORGANIZER-0343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LD-05477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LD-05477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LD-05477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