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0342»</w:t>
      </w:r>
    </w:p>
    <w:p>
      <w:r>
        <w:t>Артикул LD-05469. Исполнение Ротанг и голубая подкладка. Страна производства Канада (CA).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LD-05469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