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0034»</w:t>
      </w:r>
    </w:p>
    <w:p>
      <w:r>
        <w:t>Артикул LD-00537. Исполнение Светло-голубой. Страна производства Германия (DE).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LD-TOASTER-0034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LD-00537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LD-00537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LD-00537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