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0331»</w:t>
      </w:r>
    </w:p>
    <w:p>
      <w:r>
        <w:t>Артикул LD-05292. Исполнение Дымчато-синий. Страна производства Германия (DE).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LD-MIRROR-0331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LD-05292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LD-05292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LD-05292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