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0331»</w:t>
      </w:r>
    </w:p>
    <w:p>
      <w:r>
        <w:t>Артикул LD-05281.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