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0325»</w:t>
      </w:r>
    </w:p>
    <w:p>
      <w:r>
        <w:t>Артикул LD-05199.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