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0324»</w:t>
      </w:r>
    </w:p>
    <w:p>
      <w:r>
        <w:t>Артикул LD-05174.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