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Кофемолка «Первые зёрна 0323»</w:t>
      </w:r>
    </w:p>
    <w:p>
      <w:r>
        <w:t>Артикул LD-05160. Исполнение Дымчато-синий. Страна производства Япония (JP).</w:t>
      </w:r>
    </w:p>
    <w:p>
      <w:r>
        <w:t>Кофемолка предназначена для измельчения кофейных зёрен перед приготовлением напитка. Материалы: Нержавеющая сталь. В этом исполнении используется цвет «Дымчато-синий». Размер товара: 120 г.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LD-COFFEE-GRINDER-0323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LD-05160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Дымчато-синий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Дымчато-синий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Япония (JP)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Кухмело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Нержавеющая сталь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24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Установите прибор на устойчивую поверхность вдали от воды и источников тепла.</w:t>
      </w:r>
    </w:p>
    <w:p>
      <w:r>
        <w:t>4. Перед подключением сверьте напряжение в характеристиках с параметрами сети.</w:t>
      </w:r>
    </w:p>
    <w:p>
      <w:r>
        <w:t>5. Не используйте прибор при повреждении корпуса, кабеля или вилки.</w:t>
      </w:r>
    </w:p>
    <w:p>
      <w:r>
        <w:t>6. Загружайте только кофейные зёрна; не открывайте рабочую камеру до полной остановки.</w:t>
      </w:r>
    </w:p>
    <w:p>
      <w:pPr>
        <w:pStyle w:val="Heading1"/>
        <w:pageBreakBefore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Перед очисткой отключите питание и дождитесь полного остывания.</w:t>
      </w:r>
    </w:p>
    <w:p>
      <w:r>
        <w:t>Протрите корпус мягкой слегка влажной тканью и вытрите насухо. Не погружайте прибор в воду.</w:t>
      </w:r>
    </w:p>
    <w:p>
      <w:r>
        <w:t>Не вскрывайте корпус. При неисправности прекратите использование.</w:t>
      </w:r>
    </w:p>
    <w:p>
      <w:pPr>
        <w:pStyle w:val="Heading1"/>
      </w:pPr>
      <w:r>
        <w:t>Упаковка</w:t>
      </w:r>
    </w:p>
    <w:p>
      <w:r>
        <w:t>В упаковке 1 шт. Размер упаковки 20 × 20 × 28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LD-05160    Япония (JP)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LD-05160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