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0322»</w:t>
      </w:r>
    </w:p>
    <w:p>
      <w:r>
        <w:t>Артикул LD-05142.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