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0321»</w:t>
      </w:r>
    </w:p>
    <w:p>
      <w:r>
        <w:t>Артикул LD-05133.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LD-BASKET-0321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LD-05133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