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Настольное зеркало «Отражение 0318»</w:t>
      </w:r>
    </w:p>
    <w:p>
      <w:r>
        <w:t>Артикул LD-05084. Исполнение Дымчато-синий. Страна производства Польша (PL).</w:t>
      </w:r>
    </w:p>
    <w:p>
      <w:r>
        <w:t>Настольное зеркало предназначено для размещения на устойчивой ровной поверхности. Материалы: Металл, стекло. В этом исполнении используется цвет «Дымчато-синий». Размер товара: Ø 22 × 34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LD-MIRROR-0318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LD-05084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Металл, стекло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Разместите изделие на устойчивом основании; при необходимости выполните сборку по комплектной схеме.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мягкой тканью; не используйте растворители и абразивные губки.</w:t>
      </w:r>
    </w:p>
    <w:p>
      <w:r>
        <w:t>Избегайте ударов и нагрузки выше значения в характеристиках.</w:t>
      </w:r>
    </w:p>
    <w:p>
      <w:pPr>
        <w:pStyle w:val="Heading1"/>
      </w:pPr>
      <w:r>
        <w:t>Упаковка</w:t>
      </w:r>
    </w:p>
    <w:p>
      <w:r>
        <w:t>В упаковке 1 шт. Размер упаковки 28 × 18 × 40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LD-05084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LD-05084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