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0318»</w:t>
      </w:r>
    </w:p>
    <w:p>
      <w:r>
        <w:t>Артикул LD-05079. Исполнение Дымчато-синий. Страна производства Канада (CA).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LD-05079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