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0315»</w:t>
      </w:r>
    </w:p>
    <w:p>
      <w:r>
        <w:t>Артикул LD-05038. Исполнение Дуб и синяя полка. Страна производства Италия (IT).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LD-05038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