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0307»</w:t>
      </w:r>
    </w:p>
    <w:p>
      <w:r>
        <w:t>Артикул LD-04906. Исполнение Светло-голубой. Страна производства Китай (CN).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LD-MUG-0307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LD-04906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LD-04906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LD-04906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