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0307»</w:t>
      </w:r>
    </w:p>
    <w:p>
      <w:r>
        <w:t>Артикул LD-04905.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